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Ayushi Jaiin</w:t>
      </w:r>
    </w:p>
    <w:p>
      <w:pPr>
        <w:jc w:val="center"/>
      </w:pPr>
      <w:r>
        <w:rPr>
          <w:sz w:val="24"/>
        </w:rPr>
        <w:t>Intuitive Tarot Reader | Sound &amp; Reiki Healer | Yoga Instructor | Founder - AyuRopan Healing</w:t>
      </w:r>
    </w:p>
    <w:p/>
    <w:p>
      <w:pPr>
        <w:jc w:val="center"/>
      </w:pPr>
      <w:r>
        <w:t>📞 +91-8302595251 | 📧 aayuropan@gmail.com | 📍 India</w:t>
        <w:br/>
      </w:r>
    </w:p>
    <w:p>
      <w:pPr>
        <w:pStyle w:val="Heading1"/>
      </w:pPr>
      <w:r>
        <w:t>Professional Summary</w:t>
      </w:r>
    </w:p>
    <w:p>
      <w:r>
        <w:t>Dedicated and intuitive Tarot Reader, Clairsentient Healer, and Yoga Instructor with over 5 years of experience in guiding individuals through spiritual transformation. As the founder of AyuRopan Healing, I have successfully helped hundreds through accurate card readings, sound healing, and energy balancing techniques. Known for my deep intuitive connection—often receiving insights through dreams and sensations—I hold compassionate and powerful healing spaces both in-person and online.</w:t>
      </w:r>
    </w:p>
    <w:p>
      <w:pPr>
        <w:pStyle w:val="Heading1"/>
      </w:pPr>
      <w:r>
        <w:t>Core Skills</w:t>
      </w:r>
    </w:p>
    <w:p>
      <w:r>
        <w:t>🔮 Tarot &amp; Oracle Reading (90% accuracy rate)</w:t>
        <w:br/>
        <w:t>👁️ Clairsentient Intuition &amp; Dream Channeling</w:t>
        <w:br/>
        <w:t>🎵 Sound Healing &amp; Vibrational Therapy</w:t>
        <w:br/>
        <w:t>👐 Reiki Healing (Usui Method)</w:t>
        <w:br/>
        <w:t>🧘‍♀️ Hatha &amp; Restorative Yoga Instruction</w:t>
        <w:br/>
        <w:t>🌕 Moon Rituals &amp; Chakra Work</w:t>
        <w:br/>
        <w:t>🗣️ Empathic Counseling &amp; Intuitive Coaching</w:t>
        <w:br/>
      </w:r>
    </w:p>
    <w:p>
      <w:pPr>
        <w:pStyle w:val="Heading1"/>
      </w:pPr>
      <w:r>
        <w:t>Experience</w:t>
      </w:r>
    </w:p>
    <w:p>
      <w:r>
        <w:rPr>
          <w:b/>
        </w:rPr>
        <w:t>Founder &amp; Spiritual Guide | AyuRopan Healing | 2020 – Present</w:t>
      </w:r>
    </w:p>
    <w:p>
      <w:r>
        <w:t>- Founded and profitably run AyuRopan Healing, offering intuitive tarot, reiki, sound, and yoga sessions.</w:t>
        <w:br/>
        <w:t>- Delivered 1000+ sessions with transformational results and consistent positive feedback.</w:t>
        <w:br/>
        <w:t>- Conducted healing events and workshops for communities and corporate clients.</w:t>
        <w:br/>
        <w:t>- Created customized healing journeys for emotional, spiritual, and physical alignment.</w:t>
        <w:br/>
      </w:r>
    </w:p>
    <w:p>
      <w:r>
        <w:rPr>
          <w:b/>
        </w:rPr>
        <w:t>Freelance Tarot Reader &amp; Healer | 2018 – Present</w:t>
      </w:r>
    </w:p>
    <w:p>
      <w:r>
        <w:t>- Known for highly accurate readings, deeply connected with tarot and oracle decks.</w:t>
        <w:br/>
        <w:t>- Offered spiritual clarity and life guidance through one-on-one and group sessions.</w:t>
        <w:br/>
        <w:t>- Held space for seekers to heal, reflect, and transform through inner work and tools.</w:t>
        <w:br/>
      </w:r>
    </w:p>
    <w:p>
      <w:pPr>
        <w:pStyle w:val="Heading1"/>
      </w:pPr>
      <w:r>
        <w:t>Education &amp; Certifications</w:t>
      </w:r>
    </w:p>
    <w:p>
      <w:r>
        <w:t>🔹 Certified Tarot Reader – [Institute/Trainer Name]</w:t>
        <w:br/>
        <w:t>🔹 Certified Sound Healer – [Institute/Trainer Name]</w:t>
        <w:br/>
        <w:t>🔹 Reiki Level II Practitioner – [Institute/Trainer Name]</w:t>
        <w:br/>
        <w:t>🔹 Certified Yoga Instructor – [Institute/Trainer Name or Style]</w:t>
        <w:br/>
      </w:r>
    </w:p>
    <w:p>
      <w:pPr>
        <w:pStyle w:val="Heading1"/>
      </w:pPr>
      <w:r>
        <w:t>Client Feedback</w:t>
      </w:r>
    </w:p>
    <w:p>
      <w:r>
        <w:t>"Ayushi’s sessions are transformative—her intuition is sharp, her energy is nurturing, and the accuracy of her readings is exceptional. I always walk away with clarity and calm." – A Happy Seeker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